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C6A" w:rsidRDefault="003F453C">
      <w:pPr>
        <w:keepNext/>
        <w:spacing w:after="120"/>
        <w:jc w:val="center"/>
      </w:pPr>
      <w:r>
        <w:rPr>
          <w:b/>
          <w:color w:val="1F4E79"/>
          <w:sz w:val="28"/>
        </w:rPr>
        <w:t>ОБРАЗАЦ 1 – ПОНУДА</w:t>
      </w:r>
    </w:p>
    <w:p w:rsidR="00944C6A" w:rsidRDefault="003F453C">
      <w:pPr>
        <w:spacing w:after="120" w:line="252" w:lineRule="auto"/>
        <w:jc w:val="center"/>
      </w:pPr>
      <w:r>
        <w:rPr>
          <w:b/>
        </w:rPr>
        <w:t>За набавку радова: Санација фасаде зграде Судске јединице у Кладову – Фаза I</w:t>
      </w:r>
    </w:p>
    <w:tbl>
      <w:tblPr>
        <w:tblW w:w="10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5101"/>
        <w:gridCol w:w="5099"/>
      </w:tblGrid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1F4E79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Подаци о понуђачу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1F4E79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Попуњава понуђач</w:t>
            </w: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Назив понуђача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Седиште и адреса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ПИБ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Матични број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Законски заступник / овлашћено лице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Контакт особа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Телефон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Е-mail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Број рачуна и банка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3F6FA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20"/>
              </w:rPr>
              <w:t>Да ли је понуђач у систему ПДВ-а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</w:tbl>
    <w:p w:rsidR="00944C6A" w:rsidRDefault="003F453C">
      <w:pPr>
        <w:spacing w:after="120" w:line="252" w:lineRule="auto"/>
      </w:pPr>
      <w:proofErr w:type="gramStart"/>
      <w:r>
        <w:rPr>
          <w:b/>
        </w:rPr>
        <w:t>Понуду подносимо самостално / са подизвођачем / као група понуђача.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(Непотребно прецртати.)</w:t>
      </w:r>
      <w:proofErr w:type="gramEnd"/>
    </w:p>
    <w:tbl>
      <w:tblPr>
        <w:tblW w:w="10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5101"/>
        <w:gridCol w:w="5099"/>
      </w:tblGrid>
      <w:tr w:rsidR="00944C6A">
        <w:trPr>
          <w:cantSplit/>
          <w:jc w:val="center"/>
        </w:trPr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1F4E79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Елемент понуде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1F4E79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color w:val="FFFFFF"/>
                <w:sz w:val="20"/>
              </w:rPr>
              <w:t>Понуђена вредност / услов</w:t>
            </w:r>
          </w:p>
        </w:tc>
      </w:tr>
      <w:tr w:rsidR="00944C6A">
        <w:trPr>
          <w:cantSplit/>
          <w:jc w:val="center"/>
        </w:trPr>
        <w:tc>
          <w:tcPr>
            <w:tcW w:w="5100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8"/>
              </w:rPr>
              <w:t>Укупна понуђена цена без ПДВ-а</w:t>
            </w:r>
          </w:p>
        </w:tc>
        <w:tc>
          <w:tcPr>
            <w:tcW w:w="5099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8"/>
              </w:rPr>
              <w:t>Износ ПДВ-а</w:t>
            </w:r>
          </w:p>
        </w:tc>
        <w:tc>
          <w:tcPr>
            <w:tcW w:w="5099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8"/>
              </w:rPr>
              <w:t>Укупна понуђена цена са ПДВ-ом / коначна цена за плаћање</w:t>
            </w:r>
          </w:p>
        </w:tc>
        <w:tc>
          <w:tcPr>
            <w:tcW w:w="5099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8"/>
              </w:rPr>
              <w:t>Крајњи рок за завршетак радова</w:t>
            </w:r>
          </w:p>
        </w:tc>
        <w:tc>
          <w:tcPr>
            <w:tcW w:w="5099" w:type="dxa"/>
            <w:vAlign w:val="center"/>
          </w:tcPr>
          <w:p w:rsidR="00FA2AFE" w:rsidRDefault="006153B3">
            <w:r>
              <w:t>Најкасније до 20.11.2026. године</w:t>
            </w:r>
          </w:p>
        </w:tc>
      </w:tr>
      <w:tr w:rsidR="00944C6A">
        <w:trPr>
          <w:cantSplit/>
          <w:jc w:val="center"/>
        </w:trPr>
        <w:tc>
          <w:tcPr>
            <w:tcW w:w="5100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8"/>
              </w:rPr>
              <w:t>Рок важења понуде</w:t>
            </w:r>
          </w:p>
        </w:tc>
        <w:tc>
          <w:tcPr>
            <w:tcW w:w="5099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  <w:jc w:val="center"/>
        </w:trPr>
        <w:tc>
          <w:tcPr>
            <w:tcW w:w="5100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8"/>
              </w:rPr>
              <w:t>Гарантни рок за изведене радове</w:t>
            </w:r>
          </w:p>
        </w:tc>
        <w:tc>
          <w:tcPr>
            <w:tcW w:w="5099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</w:tbl>
    <w:p w:rsidR="00944C6A" w:rsidRDefault="003F453C">
      <w:pPr>
        <w:spacing w:after="120" w:line="252" w:lineRule="auto"/>
        <w:ind w:firstLine="425"/>
        <w:jc w:val="both"/>
      </w:pPr>
      <w:r>
        <w:rPr>
          <w:sz w:val="20"/>
        </w:rPr>
        <w:t>Изјављујемо да смо упознати са свим условима из позива, техничке спецификације, Обрасца 2 – Изјава понуђача, Обрасца 3 – Захтеви наручиоца – обавезни радови и модела уговора, да их у целости прихватамо, да располажемо траженим кадровским и техничким капацитетом и да укупна понуђена цена обухвата све трошкове неопходне за извршење предмета набавке.</w:t>
      </w:r>
    </w:p>
    <w:p w:rsidR="00944C6A" w:rsidRDefault="00944C6A"/>
    <w:tbl>
      <w:tblPr>
        <w:tblW w:w="10200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5101"/>
        <w:gridCol w:w="5099"/>
      </w:tblGrid>
      <w:tr w:rsidR="00944C6A"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3F453C">
            <w:pPr>
              <w:spacing w:after="0" w:line="240" w:lineRule="auto"/>
            </w:pPr>
            <w:r>
              <w:t>Место и датум:</w:t>
            </w:r>
            <w:r>
              <w:br/>
              <w:t>______________________________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3F453C">
            <w:pPr>
              <w:spacing w:after="0" w:line="240" w:lineRule="auto"/>
            </w:pPr>
            <w:r>
              <w:t>Понуђач / овлашћено лице:</w:t>
            </w:r>
            <w:r>
              <w:br/>
              <w:t>М.П. ______________________________</w:t>
            </w:r>
          </w:p>
        </w:tc>
      </w:tr>
    </w:tbl>
    <w:p w:rsidR="00B801FB" w:rsidRDefault="00B801FB" w:rsidP="00B801FB">
      <w:pPr>
        <w:pStyle w:val="NoSpacing"/>
      </w:pPr>
    </w:p>
    <w:p w:rsidR="00B801FB" w:rsidRDefault="00B801FB" w:rsidP="00B801FB">
      <w:pPr>
        <w:pStyle w:val="NoSpacing"/>
      </w:pPr>
    </w:p>
    <w:p w:rsidR="00B801FB" w:rsidRDefault="00B801FB" w:rsidP="00B801FB">
      <w:pPr>
        <w:pStyle w:val="NoSpacing"/>
      </w:pPr>
    </w:p>
    <w:p w:rsidR="00B801FB" w:rsidRDefault="00B801FB" w:rsidP="00B801FB">
      <w:pPr>
        <w:pStyle w:val="NoSpacing"/>
        <w:rPr>
          <w:b/>
          <w:color w:val="1F4E79"/>
          <w:sz w:val="28"/>
        </w:rPr>
      </w:pPr>
    </w:p>
    <w:p w:rsidR="001B69F7" w:rsidRDefault="001B69F7" w:rsidP="00B801FB">
      <w:pPr>
        <w:pStyle w:val="NoSpacing"/>
        <w:rPr>
          <w:b/>
          <w:color w:val="1F4E79"/>
          <w:sz w:val="28"/>
        </w:rPr>
      </w:pPr>
    </w:p>
    <w:p w:rsidR="001B69F7" w:rsidRDefault="001B69F7" w:rsidP="00B801FB">
      <w:pPr>
        <w:pStyle w:val="NoSpacing"/>
        <w:rPr>
          <w:b/>
          <w:color w:val="1F4E79"/>
          <w:sz w:val="28"/>
        </w:rPr>
      </w:pPr>
    </w:p>
    <w:p w:rsidR="00B801FB" w:rsidRDefault="00B801FB" w:rsidP="00B801FB">
      <w:pPr>
        <w:pStyle w:val="NoSpacing"/>
        <w:rPr>
          <w:b/>
          <w:color w:val="1F4E79"/>
          <w:sz w:val="28"/>
        </w:rPr>
      </w:pPr>
    </w:p>
    <w:p w:rsidR="00944C6A" w:rsidRDefault="003F453C" w:rsidP="00B801FB">
      <w:pPr>
        <w:pStyle w:val="NoSpacing"/>
        <w:jc w:val="center"/>
        <w:rPr>
          <w:color w:val="17365D" w:themeColor="text2" w:themeShade="BF"/>
          <w:sz w:val="28"/>
          <w:szCs w:val="28"/>
        </w:rPr>
      </w:pPr>
      <w:r w:rsidRPr="00B801FB">
        <w:rPr>
          <w:color w:val="17365D" w:themeColor="text2" w:themeShade="BF"/>
          <w:sz w:val="28"/>
          <w:szCs w:val="28"/>
        </w:rPr>
        <w:lastRenderedPageBreak/>
        <w:t>ОБРАЗАЦ 2 – ИЗЈАВА ПОНУЂАЧА</w:t>
      </w:r>
    </w:p>
    <w:p w:rsidR="00B801FB" w:rsidRPr="00B801FB" w:rsidRDefault="00B801FB" w:rsidP="00B801FB">
      <w:pPr>
        <w:pStyle w:val="NoSpacing"/>
        <w:jc w:val="center"/>
        <w:rPr>
          <w:color w:val="17365D" w:themeColor="text2" w:themeShade="BF"/>
          <w:sz w:val="28"/>
          <w:szCs w:val="28"/>
        </w:rPr>
      </w:pPr>
    </w:p>
    <w:p w:rsidR="00944C6A" w:rsidRDefault="003F453C" w:rsidP="00B801FB">
      <w:pPr>
        <w:pStyle w:val="NoSpacing"/>
      </w:pPr>
      <w:r>
        <w:t>Под пуном материјалном и кривичном одговорношћу изјављујемо: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1.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смо понуду припремили у складу са позивом наручиоца и документацијом за подношење понуда;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2.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прихватамо све услове из позива, техничке спецификације, Обрасца 3 – Захтеви наручиоца – обавезни радови и модела уговора;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3.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смо активан привредни субјект и да смо регистровани, односно законито овлашћени за обављање предметних или сродних грађевинских радова;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4.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прихватамо и можемо да изводимо предметне радове на територији општине Кладово;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5.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располажемо оперативном екипом од најмање четири радно ангажована лица која могу бити непосредно ангажована на предметном градилишту;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6.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располажемо сопственом фасадном скелом и основном опремом потребном за безбедно извођење предметних радова;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7.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имамо најмање једну озбиљну и проверљиву референцу на извођењу фасадерских или сродних завршних грађевинских радова на објекту упоредивог карактера и обима;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8.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>, према нама познатим околностима и јавно доступним подацима, не постоје околности које би очигледно доводиле у питање нашу способност да преузмемо и извршимо уговорене обавезе у расположивом року;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9.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ћемо организацију градилишта, постављање и употребу скеле, обезбеђење простора и извођење радова организовати у складу са прописима о безбедности и здрављу на раду, уз заштиту трећих лица и имовине наручиоца;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>10. да понуђена цена обухвата све трошкове извођења радова, укључујући материјал, рад, сопствену скелу, транспорт, монтажу и демонтажу скеле, одвожење шута, лимарске радове и опшивке, привремену демонтажу, заштиту и поновну монтажу три спољне јединице клима-уређаја са провером исправности и пуштањем у рад, заштиту отвора, припремне и завршне радове, као и све друге зависне трошкове;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11.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избор боје фасаде од стране наручиоца неће утицати на промену понуђене цене;</w:t>
      </w:r>
    </w:p>
    <w:p w:rsidR="00944C6A" w:rsidRPr="008A689F" w:rsidRDefault="003F453C" w:rsidP="00B801FB">
      <w:pPr>
        <w:pStyle w:val="NoSpacing"/>
        <w:jc w:val="both"/>
        <w:rPr>
          <w:sz w:val="18"/>
          <w:szCs w:val="18"/>
        </w:rPr>
      </w:pPr>
      <w:r w:rsidRPr="008A689F">
        <w:rPr>
          <w:sz w:val="18"/>
          <w:szCs w:val="18"/>
        </w:rPr>
        <w:t xml:space="preserve">12. </w:t>
      </w:r>
      <w:proofErr w:type="gramStart"/>
      <w:r w:rsidRPr="008A689F">
        <w:rPr>
          <w:sz w:val="18"/>
          <w:szCs w:val="18"/>
        </w:rPr>
        <w:t>да</w:t>
      </w:r>
      <w:proofErr w:type="gramEnd"/>
      <w:r w:rsidRPr="008A689F">
        <w:rPr>
          <w:sz w:val="18"/>
          <w:szCs w:val="18"/>
        </w:rPr>
        <w:t xml:space="preserve"> прихватамо увођење у посао најкасније до 23.09.2026. </w:t>
      </w:r>
      <w:proofErr w:type="gramStart"/>
      <w:r w:rsidRPr="008A689F">
        <w:rPr>
          <w:sz w:val="18"/>
          <w:szCs w:val="18"/>
        </w:rPr>
        <w:t>године</w:t>
      </w:r>
      <w:proofErr w:type="gramEnd"/>
      <w:r w:rsidRPr="008A689F">
        <w:rPr>
          <w:sz w:val="18"/>
          <w:szCs w:val="18"/>
        </w:rPr>
        <w:t xml:space="preserve"> и обавезу да сви уговорени радови буду у целости завршени најкасније до 20.11.2026. </w:t>
      </w:r>
      <w:proofErr w:type="gramStart"/>
      <w:r w:rsidRPr="008A689F">
        <w:rPr>
          <w:sz w:val="18"/>
          <w:szCs w:val="18"/>
        </w:rPr>
        <w:t>године</w:t>
      </w:r>
      <w:proofErr w:type="gramEnd"/>
      <w:r w:rsidRPr="008A689F">
        <w:rPr>
          <w:sz w:val="18"/>
          <w:szCs w:val="18"/>
        </w:rPr>
        <w:t xml:space="preserve">, као крајњег и обавезујућег рока за завршетак радова, при чему је период до 30.11.2026. </w:t>
      </w:r>
      <w:proofErr w:type="gramStart"/>
      <w:r w:rsidRPr="008A689F">
        <w:rPr>
          <w:sz w:val="18"/>
          <w:szCs w:val="18"/>
        </w:rPr>
        <w:t>године</w:t>
      </w:r>
      <w:proofErr w:type="gramEnd"/>
      <w:r w:rsidRPr="008A689F">
        <w:rPr>
          <w:sz w:val="18"/>
          <w:szCs w:val="18"/>
        </w:rPr>
        <w:t xml:space="preserve"> предвиђен за примопредају радова, фактурисање и плаћање у оквиру реализације одобрених средстава.</w:t>
      </w:r>
    </w:p>
    <w:p w:rsidR="00B801FB" w:rsidRPr="00B801FB" w:rsidRDefault="00B801FB" w:rsidP="00B801FB">
      <w:pPr>
        <w:pStyle w:val="NoSpacing"/>
        <w:jc w:val="both"/>
      </w:pPr>
    </w:p>
    <w:p w:rsidR="00944C6A" w:rsidRDefault="003F453C">
      <w:pPr>
        <w:spacing w:before="60" w:after="40"/>
        <w:rPr>
          <w:b/>
          <w:sz w:val="18"/>
        </w:rPr>
      </w:pPr>
      <w:r>
        <w:rPr>
          <w:b/>
          <w:sz w:val="18"/>
        </w:rPr>
        <w:t>Подаци о референци:</w:t>
      </w:r>
    </w:p>
    <w:p w:rsidR="00B801FB" w:rsidRPr="00B801FB" w:rsidRDefault="00B801FB">
      <w:pPr>
        <w:spacing w:before="60" w:after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95"/>
        <w:gridCol w:w="5386"/>
      </w:tblGrid>
      <w:tr w:rsidR="00944C6A">
        <w:trPr>
          <w:cantSplit/>
        </w:trPr>
        <w:tc>
          <w:tcPr>
            <w:tcW w:w="4195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6"/>
              </w:rPr>
              <w:t>Наручилац / инвеститор</w:t>
            </w:r>
          </w:p>
        </w:tc>
        <w:tc>
          <w:tcPr>
            <w:tcW w:w="5386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</w:trPr>
        <w:tc>
          <w:tcPr>
            <w:tcW w:w="4195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6"/>
              </w:rPr>
              <w:t>Објекат и место извођења</w:t>
            </w:r>
          </w:p>
        </w:tc>
        <w:tc>
          <w:tcPr>
            <w:tcW w:w="5386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</w:trPr>
        <w:tc>
          <w:tcPr>
            <w:tcW w:w="4195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6"/>
              </w:rPr>
              <w:t>Врста и кратак опис радова</w:t>
            </w:r>
          </w:p>
        </w:tc>
        <w:tc>
          <w:tcPr>
            <w:tcW w:w="5386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</w:trPr>
        <w:tc>
          <w:tcPr>
            <w:tcW w:w="4195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6"/>
              </w:rPr>
              <w:t>Година извођења радова</w:t>
            </w:r>
          </w:p>
        </w:tc>
        <w:tc>
          <w:tcPr>
            <w:tcW w:w="5386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  <w:tr w:rsidR="00944C6A">
        <w:trPr>
          <w:cantSplit/>
        </w:trPr>
        <w:tc>
          <w:tcPr>
            <w:tcW w:w="4195" w:type="dxa"/>
            <w:shd w:val="clear" w:color="auto" w:fill="E9EDF3"/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b/>
                <w:sz w:val="16"/>
              </w:rPr>
              <w:t>Контакт за проверу референце (име, телефон/e-mail)</w:t>
            </w:r>
          </w:p>
        </w:tc>
        <w:tc>
          <w:tcPr>
            <w:tcW w:w="5386" w:type="dxa"/>
            <w:vAlign w:val="center"/>
          </w:tcPr>
          <w:p w:rsidR="00944C6A" w:rsidRDefault="00944C6A">
            <w:pPr>
              <w:spacing w:after="0" w:line="240" w:lineRule="auto"/>
            </w:pPr>
          </w:p>
        </w:tc>
      </w:tr>
    </w:tbl>
    <w:p w:rsidR="00944C6A" w:rsidRDefault="00944C6A"/>
    <w:p w:rsidR="00B801FB" w:rsidRPr="00B801FB" w:rsidRDefault="00B801FB"/>
    <w:tbl>
      <w:tblPr>
        <w:tblW w:w="10200" w:type="dxa"/>
        <w:tblInd w:w="-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/>
      </w:tblPr>
      <w:tblGrid>
        <w:gridCol w:w="5101"/>
        <w:gridCol w:w="5099"/>
      </w:tblGrid>
      <w:tr w:rsidR="00944C6A">
        <w:tc>
          <w:tcPr>
            <w:tcW w:w="51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Default="003F453C">
            <w:pPr>
              <w:spacing w:after="0" w:line="240" w:lineRule="auto"/>
            </w:pPr>
            <w:r>
              <w:rPr>
                <w:sz w:val="18"/>
              </w:rPr>
              <w:t>Место и датум:</w:t>
            </w:r>
            <w:r>
              <w:rPr>
                <w:sz w:val="18"/>
              </w:rPr>
              <w:br/>
              <w:t>______________________________</w:t>
            </w:r>
          </w:p>
        </w:tc>
        <w:tc>
          <w:tcPr>
            <w:tcW w:w="50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vAlign w:val="center"/>
          </w:tcPr>
          <w:p w:rsidR="00944C6A" w:rsidRPr="00B801FB" w:rsidRDefault="003F453C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Понуђач / овлашћено лице:</w:t>
            </w:r>
            <w:r>
              <w:rPr>
                <w:sz w:val="18"/>
              </w:rPr>
              <w:br/>
              <w:t>М.П. ______________________________</w:t>
            </w:r>
          </w:p>
        </w:tc>
      </w:tr>
    </w:tbl>
    <w:p w:rsidR="00944C6A" w:rsidRDefault="00944C6A" w:rsidP="0083215A"/>
    <w:sectPr w:rsidR="00944C6A" w:rsidSect="00944C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970" w:rsidRDefault="00485970" w:rsidP="00944C6A">
      <w:pPr>
        <w:spacing w:after="0" w:line="240" w:lineRule="auto"/>
      </w:pPr>
      <w:r>
        <w:separator/>
      </w:r>
    </w:p>
  </w:endnote>
  <w:endnote w:type="continuationSeparator" w:id="0">
    <w:p w:rsidR="00485970" w:rsidRDefault="00485970" w:rsidP="0094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6A" w:rsidRDefault="00944C6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6A" w:rsidRDefault="00944C6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6A" w:rsidRDefault="00944C6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970" w:rsidRDefault="00485970" w:rsidP="00944C6A">
      <w:pPr>
        <w:spacing w:after="0" w:line="240" w:lineRule="auto"/>
      </w:pPr>
      <w:r>
        <w:separator/>
      </w:r>
    </w:p>
  </w:footnote>
  <w:footnote w:type="continuationSeparator" w:id="0">
    <w:p w:rsidR="00485970" w:rsidRDefault="00485970" w:rsidP="00944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6A" w:rsidRDefault="00944C6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6A" w:rsidRDefault="00944C6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C6A" w:rsidRDefault="00944C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57BA"/>
    <w:multiLevelType w:val="multilevel"/>
    <w:tmpl w:val="A0AC63E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86B12BE"/>
    <w:multiLevelType w:val="multilevel"/>
    <w:tmpl w:val="918E75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5572C20"/>
    <w:multiLevelType w:val="multilevel"/>
    <w:tmpl w:val="912A8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AE050E1"/>
    <w:multiLevelType w:val="multilevel"/>
    <w:tmpl w:val="0F0C87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D872DDA"/>
    <w:multiLevelType w:val="multilevel"/>
    <w:tmpl w:val="8730CDB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EAB6B8F"/>
    <w:multiLevelType w:val="multilevel"/>
    <w:tmpl w:val="1EFC0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FDE39C7"/>
    <w:multiLevelType w:val="multilevel"/>
    <w:tmpl w:val="785E54E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44C6A"/>
    <w:rsid w:val="001B69F7"/>
    <w:rsid w:val="003F453C"/>
    <w:rsid w:val="00485970"/>
    <w:rsid w:val="0049687D"/>
    <w:rsid w:val="005C1520"/>
    <w:rsid w:val="005F7F54"/>
    <w:rsid w:val="006153B3"/>
    <w:rsid w:val="00625D90"/>
    <w:rsid w:val="00726B73"/>
    <w:rsid w:val="0083215A"/>
    <w:rsid w:val="00843532"/>
    <w:rsid w:val="008968A0"/>
    <w:rsid w:val="008A689F"/>
    <w:rsid w:val="00944C6A"/>
    <w:rsid w:val="00952698"/>
    <w:rsid w:val="00AE0AEA"/>
    <w:rsid w:val="00B801FB"/>
    <w:rsid w:val="00CC4399"/>
    <w:rsid w:val="00CD1E2C"/>
    <w:rsid w:val="00CD6697"/>
    <w:rsid w:val="00E43BD9"/>
    <w:rsid w:val="00E75C0E"/>
    <w:rsid w:val="00F87B76"/>
    <w:rsid w:val="00FA2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618BF"/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  <w:rPr>
      <w:rFonts w:ascii="Times New Roman" w:eastAsia="Times New Roman" w:hAnsi="Times New Roman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  <w:rPr>
      <w:rFonts w:ascii="Times New Roman" w:eastAsia="Times New Roman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rFonts w:ascii="Times New Roman" w:eastAsia="Times New Roman" w:hAnsi="Times New Roman" w:cs="Times New Roman"/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Times New Roman" w:eastAsia="Times New Roman" w:hAnsi="Times New Roman" w:cs="Times New Roman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rFonts w:ascii="Times New Roman" w:eastAsia="Times New Roman" w:hAnsi="Times New Roman" w:cs="Times New Roman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 w:cs="Times New Roman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 w:cs="Times New Roman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 w:cs="Times New Roman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 w:cs="Times New Roman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 w:cs="Times New Roman"/>
      <w:b/>
      <w:bCs/>
      <w:smallCaps/>
      <w:spacing w:val="5"/>
    </w:rPr>
  </w:style>
  <w:style w:type="paragraph" w:customStyle="1" w:styleId="Heading">
    <w:name w:val="Heading"/>
    <w:basedOn w:val="Normal"/>
    <w:next w:val="BodyText"/>
    <w:qFormat/>
    <w:rsid w:val="00944C6A"/>
    <w:pPr>
      <w:keepNext/>
      <w:spacing w:before="240" w:after="120"/>
    </w:pPr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rsid w:val="00944C6A"/>
    <w:pPr>
      <w:suppressLineNumbers/>
    </w:pPr>
  </w:style>
  <w:style w:type="paragraph" w:customStyle="1" w:styleId="HeaderandFooter">
    <w:name w:val="Header and Footer"/>
    <w:basedOn w:val="Normal"/>
    <w:qFormat/>
    <w:rsid w:val="00944C6A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rsid w:val="00944C6A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FC693F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rPr>
      <w:rFonts w:ascii="Times New Roman" w:eastAsia="Times New Roman" w:hAnsi="Times New Roman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rFonts w:ascii="Times New Roman" w:eastAsia="Times New Roman" w:hAnsi="Times New Roman" w:cs="Times New Roman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rFonts w:ascii="Times New Roman" w:eastAsia="Times New Roman" w:hAnsi="Times New Roman" w:cs="Times New Roman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rFonts w:ascii="Times New Roman" w:eastAsia="Times New Roman" w:hAnsi="Times New Roman" w:cs="Times New Roman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rFonts w:ascii="Times New Roman" w:eastAsia="Times New Roman" w:hAnsi="Times New Roman" w:cs="Times New Roman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rFonts w:ascii="Times New Roman" w:eastAsia="Times New Roman" w:hAnsi="Times New Roman" w:cs="Times New Roman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rFonts w:ascii="Times New Roman" w:eastAsia="Times New Roman" w:hAnsi="Times New Roman" w:cs="Times New Roman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rFonts w:ascii="Times New Roman" w:eastAsia="Times New Roman" w:hAnsi="Times New Roman" w:cs="Times New Roman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rFonts w:ascii="Times New Roman" w:eastAsia="Times New Roman" w:hAnsi="Times New Roman" w:cs="Times New Roman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F7F54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F54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767C28-D9E3-4DD2-B1C9-87A55615D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Документација за подношење понуда – Санација фасаде Судске јединице у Кладову – Фаза I</dc:title>
  <dc:subject>Позив за подношење понуде, техничка спецификација, обрасци и модел уговора</dc:subject>
  <dc:creator>python-docx</dc:creator>
  <dc:description>generated by python-docx</dc:description>
  <cp:lastModifiedBy>Zoran Atanacković</cp:lastModifiedBy>
  <cp:revision>11</cp:revision>
  <dcterms:created xsi:type="dcterms:W3CDTF">2013-12-23T23:15:00Z</dcterms:created>
  <dcterms:modified xsi:type="dcterms:W3CDTF">2026-09-10T11:21:00Z</dcterms:modified>
  <dc:language>en-US</dc:language>
</cp:coreProperties>
</file>